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61C" w:rsidRDefault="004748C8">
      <w:pPr>
        <w:pStyle w:val="Title"/>
        <w:jc w:val="center"/>
      </w:pPr>
      <w:r>
        <w:t>Fake News Detection - Setup &amp; Run Guide</w:t>
      </w:r>
    </w:p>
    <w:p w:rsidR="00A5061C" w:rsidRDefault="004748C8">
      <w:pPr>
        <w:pStyle w:val="Heading1"/>
      </w:pPr>
      <w:r>
        <w:t>Prerequisites</w:t>
      </w:r>
    </w:p>
    <w:p w:rsidR="00A5061C" w:rsidRDefault="004748C8">
      <w:pPr>
        <w:pStyle w:val="ListBullet"/>
      </w:pPr>
      <w:r>
        <w:t>• Python 3.9 or higher</w:t>
      </w:r>
    </w:p>
    <w:p w:rsidR="00A5061C" w:rsidRDefault="004748C8">
      <w:pPr>
        <w:pStyle w:val="ListBullet"/>
      </w:pPr>
      <w:r>
        <w:t>• pip (Python package manager)</w:t>
      </w:r>
    </w:p>
    <w:p w:rsidR="00A5061C" w:rsidRDefault="004748C8">
      <w:pPr>
        <w:pStyle w:val="ListBullet"/>
      </w:pPr>
      <w:r>
        <w:t>• 4GB+ RAM recommended</w:t>
      </w:r>
    </w:p>
    <w:p w:rsidR="00A5061C" w:rsidRDefault="004748C8">
      <w:pPr>
        <w:pStyle w:val="Heading1"/>
      </w:pPr>
      <w:r>
        <w:t>Step 1: Clone or Download the Project</w:t>
      </w:r>
    </w:p>
    <w:p w:rsidR="00A5061C" w:rsidRDefault="004748C8">
      <w:r>
        <w:t>Download the ZIP and extract it.</w:t>
      </w:r>
    </w:p>
    <w:p w:rsidR="00A5061C" w:rsidRDefault="004748C8">
      <w:pPr>
        <w:pStyle w:val="Heading1"/>
      </w:pPr>
      <w:r>
        <w:t>Step 2: Create Virtual Environment (Recommended)</w:t>
      </w:r>
    </w:p>
    <w:p w:rsidR="00A5061C" w:rsidRDefault="004748C8">
      <w:r>
        <w:t>Windows:</w:t>
      </w:r>
    </w:p>
    <w:p w:rsidR="00A5061C" w:rsidRDefault="004748C8">
      <w:r>
        <w:t xml:space="preserve">    python -m venv .venv</w:t>
      </w:r>
    </w:p>
    <w:p w:rsidR="00A5061C" w:rsidRDefault="004748C8">
      <w:r>
        <w:t xml:space="preserve">    .venv\Scripts\activate</w:t>
      </w:r>
    </w:p>
    <w:p w:rsidR="00A5061C" w:rsidRDefault="00A5061C"/>
    <w:p w:rsidR="00A5061C" w:rsidRDefault="004748C8">
      <w:r>
        <w:t>macO</w:t>
      </w:r>
      <w:r>
        <w:t>S/Linux:</w:t>
      </w:r>
    </w:p>
    <w:p w:rsidR="00A5061C" w:rsidRDefault="004748C8">
      <w:r>
        <w:t xml:space="preserve">    python -m venv .venv</w:t>
      </w:r>
    </w:p>
    <w:p w:rsidR="00A5061C" w:rsidRDefault="004748C8">
      <w:r>
        <w:t xml:space="preserve">    source .venv/bin/activate</w:t>
      </w:r>
    </w:p>
    <w:p w:rsidR="00A5061C" w:rsidRDefault="004748C8">
      <w:pPr>
        <w:pStyle w:val="Heading1"/>
      </w:pPr>
      <w:r>
        <w:t>Step 3: Install Dependencies</w:t>
      </w:r>
    </w:p>
    <w:p w:rsidR="00A5061C" w:rsidRDefault="004748C8">
      <w:r>
        <w:t>Option A: ML Models Only (Logistic Regression &amp; SVM)</w:t>
      </w:r>
    </w:p>
    <w:p w:rsidR="00A5061C" w:rsidRDefault="004748C8">
      <w:r>
        <w:t xml:space="preserve">    pip install -r requirements-ml.txt</w:t>
      </w:r>
    </w:p>
    <w:p w:rsidR="00A5061C" w:rsidRDefault="00A5061C"/>
    <w:p w:rsidR="00A5061C" w:rsidRDefault="004748C8">
      <w:r>
        <w:t>Option B: ML + BERT Models</w:t>
      </w:r>
    </w:p>
    <w:p w:rsidR="00A5061C" w:rsidRDefault="004748C8">
      <w:r>
        <w:t xml:space="preserve">    pip install -r requirements-bert.txt</w:t>
      </w:r>
    </w:p>
    <w:p w:rsidR="00A5061C" w:rsidRDefault="004748C8">
      <w:pPr>
        <w:pStyle w:val="Heading1"/>
      </w:pPr>
      <w:r>
        <w:lastRenderedPageBreak/>
        <w:t>St</w:t>
      </w:r>
      <w:r>
        <w:t>ep 4: Prepare Your Dataset</w:t>
      </w:r>
    </w:p>
    <w:p w:rsidR="00A5061C" w:rsidRDefault="004748C8">
      <w:pPr>
        <w:pStyle w:val="Heading2"/>
      </w:pPr>
      <w:r>
        <w:t>Dataset Format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A5061C">
        <w:tc>
          <w:tcPr>
            <w:tcW w:w="2880" w:type="dxa"/>
          </w:tcPr>
          <w:p w:rsidR="00A5061C" w:rsidRDefault="004748C8">
            <w:r>
              <w:t>Column</w:t>
            </w:r>
          </w:p>
        </w:tc>
        <w:tc>
          <w:tcPr>
            <w:tcW w:w="2880" w:type="dxa"/>
          </w:tcPr>
          <w:p w:rsidR="00A5061C" w:rsidRDefault="004748C8">
            <w:r>
              <w:t>Required</w:t>
            </w:r>
          </w:p>
        </w:tc>
        <w:tc>
          <w:tcPr>
            <w:tcW w:w="2880" w:type="dxa"/>
          </w:tcPr>
          <w:p w:rsidR="00A5061C" w:rsidRDefault="004748C8">
            <w:r>
              <w:t>Description</w:t>
            </w:r>
          </w:p>
        </w:tc>
      </w:tr>
      <w:tr w:rsidR="00A5061C">
        <w:tc>
          <w:tcPr>
            <w:tcW w:w="2880" w:type="dxa"/>
          </w:tcPr>
          <w:p w:rsidR="00A5061C" w:rsidRDefault="004748C8">
            <w:r>
              <w:t>text</w:t>
            </w:r>
          </w:p>
        </w:tc>
        <w:tc>
          <w:tcPr>
            <w:tcW w:w="2880" w:type="dxa"/>
          </w:tcPr>
          <w:p w:rsidR="00A5061C" w:rsidRDefault="004748C8">
            <w:r>
              <w:t>Yes</w:t>
            </w:r>
          </w:p>
        </w:tc>
        <w:tc>
          <w:tcPr>
            <w:tcW w:w="2880" w:type="dxa"/>
          </w:tcPr>
          <w:p w:rsidR="00A5061C" w:rsidRDefault="004748C8">
            <w:r>
              <w:t>News article content</w:t>
            </w:r>
          </w:p>
        </w:tc>
      </w:tr>
      <w:tr w:rsidR="00A5061C">
        <w:tc>
          <w:tcPr>
            <w:tcW w:w="2880" w:type="dxa"/>
          </w:tcPr>
          <w:p w:rsidR="00A5061C" w:rsidRDefault="004748C8">
            <w:r>
              <w:t>label</w:t>
            </w:r>
          </w:p>
        </w:tc>
        <w:tc>
          <w:tcPr>
            <w:tcW w:w="2880" w:type="dxa"/>
          </w:tcPr>
          <w:p w:rsidR="00A5061C" w:rsidRDefault="004748C8">
            <w:r>
              <w:t>Yes</w:t>
            </w:r>
          </w:p>
        </w:tc>
        <w:tc>
          <w:tcPr>
            <w:tcW w:w="2880" w:type="dxa"/>
          </w:tcPr>
          <w:p w:rsidR="00A5061C" w:rsidRDefault="004748C8">
            <w:r>
              <w:t>FAKE/REAL or 0/1</w:t>
            </w:r>
          </w:p>
        </w:tc>
      </w:tr>
      <w:tr w:rsidR="00A5061C">
        <w:tc>
          <w:tcPr>
            <w:tcW w:w="2880" w:type="dxa"/>
          </w:tcPr>
          <w:p w:rsidR="00A5061C" w:rsidRDefault="004748C8">
            <w:r>
              <w:t>title</w:t>
            </w:r>
          </w:p>
        </w:tc>
        <w:tc>
          <w:tcPr>
            <w:tcW w:w="2880" w:type="dxa"/>
          </w:tcPr>
          <w:p w:rsidR="00A5061C" w:rsidRDefault="004748C8">
            <w:r>
              <w:t>Optional</w:t>
            </w:r>
          </w:p>
        </w:tc>
        <w:tc>
          <w:tcPr>
            <w:tcW w:w="2880" w:type="dxa"/>
          </w:tcPr>
          <w:p w:rsidR="00A5061C" w:rsidRDefault="004748C8">
            <w:r>
              <w:t>Article headline (merged with text)</w:t>
            </w:r>
          </w:p>
        </w:tc>
      </w:tr>
    </w:tbl>
    <w:p w:rsidR="00A5061C" w:rsidRDefault="00A5061C"/>
    <w:p w:rsidR="00A5061C" w:rsidRDefault="004748C8">
      <w:pPr>
        <w:pStyle w:val="Heading2"/>
      </w:pPr>
      <w:r>
        <w:t>Download Dataset</w:t>
      </w:r>
    </w:p>
    <w:p w:rsidR="00A5061C" w:rsidRDefault="004748C8">
      <w:r>
        <w:t>Popular datasets from Kaggle:</w:t>
      </w:r>
    </w:p>
    <w:p w:rsidR="00A5061C" w:rsidRDefault="004748C8">
      <w:pPr>
        <w:pStyle w:val="ListBullet"/>
      </w:pPr>
      <w:r>
        <w:t xml:space="preserve">• Fake and Real News </w:t>
      </w:r>
      <w:r>
        <w:t>Dataset: https://www.kaggle.com/datasets/clmentbisaillon/fake-and-real-news-dataset</w:t>
      </w:r>
    </w:p>
    <w:p w:rsidR="00A5061C" w:rsidRDefault="004748C8">
      <w:pPr>
        <w:pStyle w:val="ListBullet"/>
      </w:pPr>
      <w:r>
        <w:t>• ISOT Fake News Dataset: https://www.kaggle.com/datasets/csmalarkodi/isot-fake-news-dataset</w:t>
      </w:r>
    </w:p>
    <w:p w:rsidR="00A5061C" w:rsidRDefault="004748C8">
      <w:pPr>
        <w:pStyle w:val="ListBullet"/>
      </w:pPr>
      <w:r>
        <w:t>• Fake News Competition: https://www.kaggle.com/c/fake-news/data</w:t>
      </w:r>
    </w:p>
    <w:p w:rsidR="00A5061C" w:rsidRDefault="00A5061C"/>
    <w:p w:rsidR="00A5061C" w:rsidRDefault="004748C8">
      <w:r>
        <w:t>Save your dat</w:t>
      </w:r>
      <w:r>
        <w:t>aset as: data/raw.csv</w:t>
      </w:r>
    </w:p>
    <w:p w:rsidR="00A5061C" w:rsidRDefault="004748C8">
      <w:pPr>
        <w:pStyle w:val="Heading1"/>
      </w:pPr>
      <w:r>
        <w:t>Step 5: Clean &amp; Prepare Data</w:t>
      </w:r>
    </w:p>
    <w:p w:rsidR="00A5061C" w:rsidRDefault="004748C8">
      <w:r>
        <w:t xml:space="preserve">    python -m src.prepare_data --input data/raw.csv --output data/cleaned.csv</w:t>
      </w:r>
    </w:p>
    <w:p w:rsidR="00A5061C" w:rsidRDefault="00A5061C"/>
    <w:p w:rsidR="00A5061C" w:rsidRDefault="004748C8">
      <w:r>
        <w:t>Optional flags: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A5061C">
        <w:tc>
          <w:tcPr>
            <w:tcW w:w="4320" w:type="dxa"/>
          </w:tcPr>
          <w:p w:rsidR="00A5061C" w:rsidRDefault="004748C8">
            <w:r>
              <w:t>Flag</w:t>
            </w:r>
          </w:p>
        </w:tc>
        <w:tc>
          <w:tcPr>
            <w:tcW w:w="4320" w:type="dxa"/>
          </w:tcPr>
          <w:p w:rsidR="00A5061C" w:rsidRDefault="004748C8">
            <w:r>
              <w:t>Description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--text-col NAME</w:t>
            </w:r>
          </w:p>
        </w:tc>
        <w:tc>
          <w:tcPr>
            <w:tcW w:w="4320" w:type="dxa"/>
          </w:tcPr>
          <w:p w:rsidR="00A5061C" w:rsidRDefault="004748C8">
            <w:r>
              <w:t>Specify text column name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--label-col NAME</w:t>
            </w:r>
          </w:p>
        </w:tc>
        <w:tc>
          <w:tcPr>
            <w:tcW w:w="4320" w:type="dxa"/>
          </w:tcPr>
          <w:p w:rsidR="00A5061C" w:rsidRDefault="004748C8">
            <w:r>
              <w:t>Specify label column name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--title-col NAME</w:t>
            </w:r>
          </w:p>
        </w:tc>
        <w:tc>
          <w:tcPr>
            <w:tcW w:w="4320" w:type="dxa"/>
          </w:tcPr>
          <w:p w:rsidR="00A5061C" w:rsidRDefault="004748C8">
            <w:r>
              <w:t>Specify title column name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--dropna</w:t>
            </w:r>
          </w:p>
        </w:tc>
        <w:tc>
          <w:tcPr>
            <w:tcW w:w="4320" w:type="dxa"/>
          </w:tcPr>
          <w:p w:rsidR="00A5061C" w:rsidRDefault="004748C8">
            <w:r>
              <w:t>Drop rows with missing values</w:t>
            </w:r>
          </w:p>
        </w:tc>
      </w:tr>
    </w:tbl>
    <w:p w:rsidR="00A5061C" w:rsidRDefault="00A5061C"/>
    <w:p w:rsidR="00A5061C" w:rsidRDefault="004748C8">
      <w:r>
        <w:t>Expected output:</w:t>
      </w:r>
    </w:p>
    <w:p w:rsidR="00A5061C" w:rsidRDefault="004748C8">
      <w:r>
        <w:t xml:space="preserve">    Saved cleaned dataset: data/cleaned.csv  (rows=XXXX)</w:t>
      </w:r>
    </w:p>
    <w:p w:rsidR="00A5061C" w:rsidRDefault="004748C8">
      <w:r>
        <w:t xml:space="preserve">    Label meaning: 1=REAL, 0=FAKE</w:t>
      </w:r>
    </w:p>
    <w:p w:rsidR="00A5061C" w:rsidRDefault="004748C8">
      <w:pPr>
        <w:pStyle w:val="Heading1"/>
      </w:pPr>
      <w:r>
        <w:lastRenderedPageBreak/>
        <w:t>Step 6: Train Models</w:t>
      </w:r>
    </w:p>
    <w:p w:rsidR="00A5061C" w:rsidRDefault="004748C8">
      <w:pPr>
        <w:pStyle w:val="Heading2"/>
      </w:pPr>
      <w:r>
        <w:t>Train Logistic Regression</w:t>
      </w:r>
    </w:p>
    <w:p w:rsidR="00A5061C" w:rsidRDefault="004748C8">
      <w:r>
        <w:t xml:space="preserve">    python -m src.train_tfidf --data data/cleaned.csv --model lr</w:t>
      </w:r>
    </w:p>
    <w:p w:rsidR="00A5061C" w:rsidRDefault="004748C8">
      <w:pPr>
        <w:pStyle w:val="Heading2"/>
      </w:pPr>
      <w:r>
        <w:t>Train SVM</w:t>
      </w:r>
    </w:p>
    <w:p w:rsidR="00A5061C" w:rsidRDefault="004748C8">
      <w:r>
        <w:t xml:space="preserve">    python -m src.train_tfidf --data data/cleaned.csv --model svm</w:t>
      </w:r>
    </w:p>
    <w:p w:rsidR="00A5061C" w:rsidRDefault="004748C8">
      <w:pPr>
        <w:pStyle w:val="Heading2"/>
      </w:pPr>
      <w:r>
        <w:t>Train DistilBERT (Optional - GPU Recommended)</w:t>
      </w:r>
    </w:p>
    <w:p w:rsidR="00A5061C" w:rsidRDefault="004748C8">
      <w:r>
        <w:t xml:space="preserve">    python -m src.train_bert --data data/cleaned.csv --out models/ber</w:t>
      </w:r>
      <w:r>
        <w:t>t_distilbert</w:t>
      </w:r>
    </w:p>
    <w:p w:rsidR="00A5061C" w:rsidRDefault="00A5061C"/>
    <w:p w:rsidR="00A5061C" w:rsidRDefault="004748C8">
      <w:r>
        <w:t>Training options: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A5061C">
        <w:tc>
          <w:tcPr>
            <w:tcW w:w="4320" w:type="dxa"/>
          </w:tcPr>
          <w:p w:rsidR="00A5061C" w:rsidRDefault="004748C8">
            <w:r>
              <w:t>Option</w:t>
            </w:r>
          </w:p>
        </w:tc>
        <w:tc>
          <w:tcPr>
            <w:tcW w:w="4320" w:type="dxa"/>
          </w:tcPr>
          <w:p w:rsidR="00A5061C" w:rsidRDefault="004748C8">
            <w:r>
              <w:t>Description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--test-size 0.2</w:t>
            </w:r>
          </w:p>
        </w:tc>
        <w:tc>
          <w:tcPr>
            <w:tcW w:w="4320" w:type="dxa"/>
          </w:tcPr>
          <w:p w:rsidR="00A5061C" w:rsidRDefault="004748C8">
            <w:r>
              <w:t>Test split ratio (default: 0.2)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--max-features 40000</w:t>
            </w:r>
          </w:p>
        </w:tc>
        <w:tc>
          <w:tcPr>
            <w:tcW w:w="4320" w:type="dxa"/>
          </w:tcPr>
          <w:p w:rsidR="00A5061C" w:rsidRDefault="004748C8">
            <w:r>
              <w:t>TF-IDF vocabulary size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--ngram-max 2</w:t>
            </w:r>
          </w:p>
        </w:tc>
        <w:tc>
          <w:tcPr>
            <w:tcW w:w="4320" w:type="dxa"/>
          </w:tcPr>
          <w:p w:rsidR="00A5061C" w:rsidRDefault="004748C8">
            <w:r>
              <w:t>N-gram range (1 to n)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--seed 42</w:t>
            </w:r>
          </w:p>
        </w:tc>
        <w:tc>
          <w:tcPr>
            <w:tcW w:w="4320" w:type="dxa"/>
          </w:tcPr>
          <w:p w:rsidR="00A5061C" w:rsidRDefault="004748C8">
            <w:r>
              <w:t>Random seed</w:t>
            </w:r>
          </w:p>
        </w:tc>
      </w:tr>
    </w:tbl>
    <w:p w:rsidR="00A5061C" w:rsidRDefault="00A5061C"/>
    <w:p w:rsidR="00A5061C" w:rsidRDefault="004748C8">
      <w:r>
        <w:t>Models saved to:</w:t>
      </w:r>
    </w:p>
    <w:p w:rsidR="00A5061C" w:rsidRDefault="004748C8">
      <w:pPr>
        <w:pStyle w:val="ListBullet"/>
      </w:pPr>
      <w:r>
        <w:t>• models/pipeline_lr.joblib</w:t>
      </w:r>
    </w:p>
    <w:p w:rsidR="00A5061C" w:rsidRDefault="004748C8">
      <w:pPr>
        <w:pStyle w:val="ListBullet"/>
      </w:pPr>
      <w:r>
        <w:t xml:space="preserve">• </w:t>
      </w:r>
      <w:r>
        <w:t>models/pipeline_svm.joblib</w:t>
      </w:r>
    </w:p>
    <w:p w:rsidR="00A5061C" w:rsidRDefault="004748C8">
      <w:pPr>
        <w:pStyle w:val="ListBullet"/>
      </w:pPr>
      <w:r>
        <w:t>• models/bert_distilbert/</w:t>
      </w:r>
    </w:p>
    <w:p w:rsidR="00A5061C" w:rsidRDefault="004748C8">
      <w:pPr>
        <w:pStyle w:val="Heading1"/>
      </w:pPr>
      <w:r>
        <w:t>Step 7: Run the Web Application</w:t>
      </w:r>
    </w:p>
    <w:p w:rsidR="00A5061C" w:rsidRDefault="004748C8">
      <w:r>
        <w:t xml:space="preserve">    streamlit run app/streamlit_app.py</w:t>
      </w:r>
    </w:p>
    <w:p w:rsidR="00A5061C" w:rsidRDefault="00A5061C"/>
    <w:p w:rsidR="00A5061C" w:rsidRDefault="004748C8">
      <w:r>
        <w:t>Access the app:</w:t>
      </w:r>
    </w:p>
    <w:p w:rsidR="00A5061C" w:rsidRDefault="004748C8">
      <w:pPr>
        <w:pStyle w:val="ListBullet"/>
      </w:pPr>
      <w:r>
        <w:t>• Local: http://localhost:8501</w:t>
      </w:r>
    </w:p>
    <w:p w:rsidR="00A5061C" w:rsidRDefault="004748C8">
      <w:pPr>
        <w:pStyle w:val="ListBullet"/>
      </w:pPr>
      <w:r>
        <w:t>• Network: http://YOUR_IP:8501</w:t>
      </w:r>
    </w:p>
    <w:p w:rsidR="00A5061C" w:rsidRDefault="004748C8">
      <w:pPr>
        <w:pStyle w:val="Heading1"/>
      </w:pPr>
      <w:r>
        <w:t>Step 8: Using the App</w:t>
      </w:r>
    </w:p>
    <w:p w:rsidR="00A5061C" w:rsidRDefault="004748C8">
      <w:pPr>
        <w:pStyle w:val="Heading2"/>
      </w:pPr>
      <w:r>
        <w:t>Single Text Prediction</w:t>
      </w:r>
    </w:p>
    <w:p w:rsidR="00A5061C" w:rsidRDefault="004748C8">
      <w:r>
        <w:t>1. Selec</w:t>
      </w:r>
      <w:r>
        <w:t>t model from sidebar (LR / SVM / BERT)</w:t>
      </w:r>
    </w:p>
    <w:p w:rsidR="00A5061C" w:rsidRDefault="004748C8">
      <w:r>
        <w:t>2. Paste news article in text area</w:t>
      </w:r>
    </w:p>
    <w:p w:rsidR="00A5061C" w:rsidRDefault="004748C8">
      <w:r>
        <w:lastRenderedPageBreak/>
        <w:t>3. Click Predict</w:t>
      </w:r>
    </w:p>
    <w:p w:rsidR="00A5061C" w:rsidRDefault="004748C8">
      <w:r>
        <w:t>4. View result: REAL or FAKE with confidence score</w:t>
      </w:r>
    </w:p>
    <w:p w:rsidR="00A5061C" w:rsidRDefault="004748C8">
      <w:pPr>
        <w:pStyle w:val="Heading2"/>
      </w:pPr>
      <w:r>
        <w:t>Batch CSV Prediction</w:t>
      </w:r>
    </w:p>
    <w:p w:rsidR="00A5061C" w:rsidRDefault="004748C8">
      <w:r>
        <w:t>1. Upload CSV with text column</w:t>
      </w:r>
    </w:p>
    <w:p w:rsidR="00A5061C" w:rsidRDefault="004748C8">
      <w:r>
        <w:t>2. Click Run batch prediction</w:t>
      </w:r>
    </w:p>
    <w:p w:rsidR="00A5061C" w:rsidRDefault="004748C8">
      <w:r>
        <w:t>3. View results in table</w:t>
      </w:r>
    </w:p>
    <w:p w:rsidR="00A5061C" w:rsidRDefault="004748C8">
      <w:r>
        <w:t>4. Down</w:t>
      </w:r>
      <w:r>
        <w:t>load predictions as CSV</w:t>
      </w:r>
    </w:p>
    <w:p w:rsidR="00A5061C" w:rsidRDefault="004748C8">
      <w:pPr>
        <w:pStyle w:val="Heading1"/>
      </w:pPr>
      <w:r>
        <w:t>Quick Command Reference</w:t>
      </w:r>
    </w:p>
    <w:p w:rsidR="00A5061C" w:rsidRDefault="004748C8">
      <w:r>
        <w:t>Full pipeline (copy-paste ready):</w:t>
      </w:r>
    </w:p>
    <w:p w:rsidR="00A5061C" w:rsidRDefault="004748C8">
      <w:r>
        <w:t xml:space="preserve">    pip install -r requirements-ml.txt</w:t>
      </w:r>
    </w:p>
    <w:p w:rsidR="00A5061C" w:rsidRDefault="004748C8">
      <w:r>
        <w:t xml:space="preserve">    python -m src.prepare_data --input data/raw.csv --output data/cleaned.csv</w:t>
      </w:r>
    </w:p>
    <w:p w:rsidR="00A5061C" w:rsidRDefault="004748C8">
      <w:r>
        <w:t xml:space="preserve">    python -m src.train_tfidf --data data/cleaned.csv --model lr</w:t>
      </w:r>
    </w:p>
    <w:p w:rsidR="00A5061C" w:rsidRDefault="004748C8">
      <w:r>
        <w:t xml:space="preserve">    python -m src.train_tfidf --data data/cleaned.csv --model svm</w:t>
      </w:r>
    </w:p>
    <w:p w:rsidR="00A5061C" w:rsidRDefault="004748C8">
      <w:r>
        <w:t xml:space="preserve">    streamlit run app/streamlit_app.py</w:t>
      </w:r>
    </w:p>
    <w:p w:rsidR="00A5061C" w:rsidRDefault="004748C8">
      <w:pPr>
        <w:pStyle w:val="Heading1"/>
      </w:pPr>
      <w:r>
        <w:t>CLI Prediction (Without Web UI)</w:t>
      </w:r>
    </w:p>
    <w:p w:rsidR="00A5061C" w:rsidRDefault="004748C8">
      <w:r>
        <w:t xml:space="preserve">    python -m src.cli_predict --model-path models/pipeline_lr.joblib --text "Your news article here"</w:t>
      </w:r>
    </w:p>
    <w:p w:rsidR="00A5061C" w:rsidRDefault="004748C8">
      <w:pPr>
        <w:pStyle w:val="Heading1"/>
      </w:pPr>
      <w:r>
        <w:t>Troubleshooting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A5061C">
        <w:tc>
          <w:tcPr>
            <w:tcW w:w="4320" w:type="dxa"/>
          </w:tcPr>
          <w:p w:rsidR="00A5061C" w:rsidRDefault="004748C8">
            <w:r>
              <w:t>Issue</w:t>
            </w:r>
          </w:p>
        </w:tc>
        <w:tc>
          <w:tcPr>
            <w:tcW w:w="4320" w:type="dxa"/>
          </w:tcPr>
          <w:p w:rsidR="00A5061C" w:rsidRDefault="004748C8">
            <w:r>
              <w:t>Solution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ModuleNotFoundError</w:t>
            </w:r>
          </w:p>
        </w:tc>
        <w:tc>
          <w:tcPr>
            <w:tcW w:w="4320" w:type="dxa"/>
          </w:tcPr>
          <w:p w:rsidR="00A5061C" w:rsidRDefault="004748C8">
            <w:r>
              <w:t>Run pip install -r requirements-ml.txt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Model not found</w:t>
            </w:r>
          </w:p>
        </w:tc>
        <w:tc>
          <w:tcPr>
            <w:tcW w:w="4320" w:type="dxa"/>
          </w:tcPr>
          <w:p w:rsidR="00A5061C" w:rsidRDefault="004748C8">
            <w:r>
              <w:t>Train the model first (Step 6)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Could not infer</w:t>
            </w:r>
            <w:r>
              <w:t xml:space="preserve"> columns</w:t>
            </w:r>
          </w:p>
        </w:tc>
        <w:tc>
          <w:tcPr>
            <w:tcW w:w="4320" w:type="dxa"/>
          </w:tcPr>
          <w:p w:rsidR="00A5061C" w:rsidRDefault="004748C8">
            <w:r>
              <w:t>Use --text-col and --label-col flags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Port 8501 in use</w:t>
            </w:r>
          </w:p>
        </w:tc>
        <w:tc>
          <w:tcPr>
            <w:tcW w:w="4320" w:type="dxa"/>
          </w:tcPr>
          <w:p w:rsidR="00A5061C" w:rsidRDefault="004748C8">
            <w:r>
              <w:t>Use --server.port 8502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BERT out of memory</w:t>
            </w:r>
          </w:p>
        </w:tc>
        <w:tc>
          <w:tcPr>
            <w:tcW w:w="4320" w:type="dxa"/>
          </w:tcPr>
          <w:p w:rsidR="00A5061C" w:rsidRDefault="004748C8">
            <w:r>
              <w:t>Reduce batch size: --batch 4</w:t>
            </w:r>
          </w:p>
        </w:tc>
      </w:tr>
    </w:tbl>
    <w:p w:rsidR="00A5061C" w:rsidRDefault="004748C8">
      <w:pPr>
        <w:pStyle w:val="Heading1"/>
      </w:pPr>
      <w:r>
        <w:t>Project Structure</w:t>
      </w:r>
    </w:p>
    <w:p w:rsidR="00A5061C" w:rsidRDefault="004748C8">
      <w:r>
        <w:t>fake-news-detection/</w:t>
      </w:r>
    </w:p>
    <w:p w:rsidR="00A5061C" w:rsidRDefault="004748C8">
      <w:r>
        <w:t>├── app/</w:t>
      </w:r>
    </w:p>
    <w:p w:rsidR="00A5061C" w:rsidRDefault="004748C8">
      <w:r>
        <w:t>│   └── streamlit_app.py      (Web UI)</w:t>
      </w:r>
    </w:p>
    <w:p w:rsidR="00A5061C" w:rsidRDefault="004748C8">
      <w:r>
        <w:lastRenderedPageBreak/>
        <w:t>├── data/</w:t>
      </w:r>
    </w:p>
    <w:p w:rsidR="00A5061C" w:rsidRDefault="004748C8">
      <w:r>
        <w:t xml:space="preserve">│   ├── raw.csv       </w:t>
      </w:r>
      <w:r>
        <w:t xml:space="preserve">        (Your dataset)</w:t>
      </w:r>
    </w:p>
    <w:p w:rsidR="00A5061C" w:rsidRDefault="004748C8">
      <w:r>
        <w:t>│   ├── cleaned.csv           (Processed dataset)</w:t>
      </w:r>
    </w:p>
    <w:p w:rsidR="00A5061C" w:rsidRDefault="004748C8">
      <w:r>
        <w:t>│   └── sample_input.csv      (Example format)</w:t>
      </w:r>
    </w:p>
    <w:p w:rsidR="00A5061C" w:rsidRDefault="004748C8">
      <w:r>
        <w:t>├── models/</w:t>
      </w:r>
    </w:p>
    <w:p w:rsidR="00A5061C" w:rsidRDefault="004748C8">
      <w:r>
        <w:t>│   ├── pipeline_lr.joblib    (Trained LR model)</w:t>
      </w:r>
    </w:p>
    <w:p w:rsidR="00A5061C" w:rsidRDefault="004748C8">
      <w:r>
        <w:t>│   ├── pipeline_svm.joblib   (Trained SVM model)</w:t>
      </w:r>
    </w:p>
    <w:p w:rsidR="00A5061C" w:rsidRDefault="004748C8">
      <w:r>
        <w:t xml:space="preserve">│   └── bert_distilbert/ </w:t>
      </w:r>
      <w:r>
        <w:t xml:space="preserve">     (Trained BERT model)</w:t>
      </w:r>
    </w:p>
    <w:p w:rsidR="00A5061C" w:rsidRDefault="004748C8">
      <w:r>
        <w:t>├── src/</w:t>
      </w:r>
    </w:p>
    <w:p w:rsidR="00A5061C" w:rsidRDefault="004748C8">
      <w:r>
        <w:t>│   ├── prepare_data.py       (Data preprocessing)</w:t>
      </w:r>
    </w:p>
    <w:p w:rsidR="00A5061C" w:rsidRDefault="004748C8">
      <w:r>
        <w:t>│   ├── train_tfidf.py        (ML model training)</w:t>
      </w:r>
    </w:p>
    <w:p w:rsidR="00A5061C" w:rsidRDefault="004748C8">
      <w:r>
        <w:t>│   ├── train_bert.py         (BERT training)</w:t>
      </w:r>
    </w:p>
    <w:p w:rsidR="00A5061C" w:rsidRDefault="004748C8">
      <w:r>
        <w:t>│   ├── predict_tfidf.py      (ML inference)</w:t>
      </w:r>
    </w:p>
    <w:p w:rsidR="00A5061C" w:rsidRDefault="004748C8">
      <w:r>
        <w:t xml:space="preserve">│   ├── predict_bert.py      </w:t>
      </w:r>
      <w:r>
        <w:t xml:space="preserve"> (BERT inference)</w:t>
      </w:r>
    </w:p>
    <w:p w:rsidR="00A5061C" w:rsidRDefault="004748C8">
      <w:r>
        <w:t>│   ├── cli_predict.py        (Command-line prediction)</w:t>
      </w:r>
    </w:p>
    <w:p w:rsidR="00A5061C" w:rsidRDefault="004748C8">
      <w:r>
        <w:t>│   └── utils.py              (Helper functions)</w:t>
      </w:r>
    </w:p>
    <w:p w:rsidR="00A5061C" w:rsidRDefault="004748C8">
      <w:r>
        <w:t>├── requirements-ml.txt       (ML dependencies)</w:t>
      </w:r>
    </w:p>
    <w:p w:rsidR="00A5061C" w:rsidRDefault="004748C8">
      <w:r>
        <w:t>├── requirements-bert.txt     (BERT dependencies)</w:t>
      </w:r>
    </w:p>
    <w:p w:rsidR="00A5061C" w:rsidRDefault="004748C8">
      <w:r>
        <w:t>└── README.md</w:t>
      </w:r>
    </w:p>
    <w:p w:rsidR="00A5061C" w:rsidRDefault="004748C8">
      <w:pPr>
        <w:pStyle w:val="Heading1"/>
      </w:pPr>
      <w:r>
        <w:t>Performance Tips</w:t>
      </w:r>
    </w:p>
    <w:p w:rsidR="00A5061C" w:rsidRDefault="004748C8">
      <w:r>
        <w:t>1. F</w:t>
      </w:r>
      <w:r>
        <w:t>or faster training: Use --max-features 20000 instead of 40000</w:t>
      </w:r>
    </w:p>
    <w:p w:rsidR="00A5061C" w:rsidRDefault="004748C8">
      <w:r>
        <w:t>2. For better accuracy: Use larger dataset (10,000+ samples)</w:t>
      </w:r>
    </w:p>
    <w:p w:rsidR="00A5061C" w:rsidRDefault="004748C8">
      <w:r>
        <w:t>3. For BERT: Use GPU with CUDA for 10x faster training</w:t>
      </w:r>
    </w:p>
    <w:p w:rsidR="00A5061C" w:rsidRDefault="004748C8">
      <w:r>
        <w:t>4. For production: Use SVM model (good balance of speed &amp; accuracy)</w:t>
      </w:r>
    </w:p>
    <w:p w:rsidR="00A5061C" w:rsidRDefault="004748C8">
      <w:pPr>
        <w:pStyle w:val="Heading1"/>
      </w:pPr>
      <w:r>
        <w:lastRenderedPageBreak/>
        <w:t>Label Refe</w:t>
      </w:r>
      <w:r>
        <w:t>rence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A5061C">
        <w:tc>
          <w:tcPr>
            <w:tcW w:w="4320" w:type="dxa"/>
          </w:tcPr>
          <w:p w:rsidR="00A5061C" w:rsidRDefault="004748C8">
            <w:r>
              <w:t>Label</w:t>
            </w:r>
          </w:p>
        </w:tc>
        <w:tc>
          <w:tcPr>
            <w:tcW w:w="4320" w:type="dxa"/>
          </w:tcPr>
          <w:p w:rsidR="00A5061C" w:rsidRDefault="004748C8">
            <w:r>
              <w:t>Meaning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1</w:t>
            </w:r>
          </w:p>
        </w:tc>
        <w:tc>
          <w:tcPr>
            <w:tcW w:w="4320" w:type="dxa"/>
          </w:tcPr>
          <w:p w:rsidR="00A5061C" w:rsidRDefault="004748C8">
            <w:r>
              <w:t>REAL (Genuine news)</w:t>
            </w:r>
          </w:p>
        </w:tc>
      </w:tr>
      <w:tr w:rsidR="00A5061C">
        <w:tc>
          <w:tcPr>
            <w:tcW w:w="4320" w:type="dxa"/>
          </w:tcPr>
          <w:p w:rsidR="00A5061C" w:rsidRDefault="004748C8">
            <w:r>
              <w:t>0</w:t>
            </w:r>
          </w:p>
        </w:tc>
        <w:tc>
          <w:tcPr>
            <w:tcW w:w="4320" w:type="dxa"/>
          </w:tcPr>
          <w:p w:rsidR="00A5061C" w:rsidRDefault="004748C8">
            <w:r>
              <w:t>FAKE (Misinformation)</w:t>
            </w:r>
          </w:p>
        </w:tc>
      </w:tr>
    </w:tbl>
    <w:p w:rsidR="00A5061C" w:rsidRDefault="00A5061C"/>
    <w:p w:rsidR="00A5061C" w:rsidRDefault="00A5061C">
      <w:bookmarkStart w:id="0" w:name="_GoBack"/>
      <w:bookmarkEnd w:id="0"/>
    </w:p>
    <w:sectPr w:rsidR="00A5061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748C8"/>
    <w:rsid w:val="00A5061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1EDA769-F493-4625-8BD2-57F304B97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4591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2</cp:revision>
  <dcterms:created xsi:type="dcterms:W3CDTF">2013-12-23T23:15:00Z</dcterms:created>
  <dcterms:modified xsi:type="dcterms:W3CDTF">2026-01-13T04:23:00Z</dcterms:modified>
  <cp:category/>
</cp:coreProperties>
</file>